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F934D" w14:textId="77777777" w:rsidR="009C4DF4" w:rsidRDefault="00000000">
      <w:pPr>
        <w:spacing w:after="40"/>
        <w:jc w:val="center"/>
      </w:pPr>
      <w:r>
        <w:rPr>
          <w:b/>
          <w:color w:val="A9470B"/>
          <w:sz w:val="36"/>
        </w:rPr>
        <w:t>FICHE INDIVIDUELLE</w:t>
      </w:r>
    </w:p>
    <w:p w14:paraId="03A29877" w14:textId="77777777" w:rsidR="009C4DF4" w:rsidRDefault="00000000">
      <w:pPr>
        <w:spacing w:after="200"/>
        <w:jc w:val="center"/>
      </w:pPr>
      <w:r>
        <w:rPr>
          <w:b/>
          <w:color w:val="E56A1A"/>
          <w:sz w:val="26"/>
        </w:rPr>
        <w:t>Candidature à la qualité de membre actif</w:t>
      </w:r>
    </w:p>
    <w:tbl>
      <w:tblPr>
        <w:tblW w:w="9354" w:type="dxa"/>
        <w:tblBorders>
          <w:top w:val="single" w:sz="6" w:space="0" w:color="F3B183"/>
          <w:left w:val="single" w:sz="6" w:space="0" w:color="F3B183"/>
          <w:bottom w:val="single" w:sz="6" w:space="0" w:color="F3B183"/>
          <w:right w:val="single" w:sz="6" w:space="0" w:color="F3B183"/>
          <w:insideH w:val="single" w:sz="6" w:space="0" w:color="F3B183"/>
          <w:insideV w:val="single" w:sz="6" w:space="0" w:color="F3B183"/>
        </w:tblBorders>
        <w:tblLayout w:type="fixed"/>
        <w:tblLook w:val="04A0" w:firstRow="1" w:lastRow="0" w:firstColumn="1" w:lastColumn="0" w:noHBand="0" w:noVBand="1"/>
      </w:tblPr>
      <w:tblGrid>
        <w:gridCol w:w="9354"/>
      </w:tblGrid>
      <w:tr w:rsidR="009C4DF4" w14:paraId="48BB63A9" w14:textId="77777777">
        <w:tc>
          <w:tcPr>
            <w:tcW w:w="9354" w:type="dxa"/>
            <w:shd w:val="clear" w:color="auto" w:fill="FFF0E6"/>
            <w:tcMar>
              <w:top w:w="100" w:type="dxa"/>
              <w:left w:w="130" w:type="dxa"/>
              <w:bottom w:w="100" w:type="dxa"/>
              <w:right w:w="130" w:type="dxa"/>
            </w:tcMar>
          </w:tcPr>
          <w:p w14:paraId="0FBFB625" w14:textId="77777777" w:rsidR="009C4DF4" w:rsidRDefault="00000000">
            <w:pPr>
              <w:spacing w:after="0"/>
            </w:pPr>
            <w:r>
              <w:rPr>
                <w:b/>
                <w:color w:val="A9470B"/>
              </w:rPr>
              <w:t xml:space="preserve">Principe : </w:t>
            </w:r>
            <w:r>
              <w:t>je coche au moins cinq engagements correspondant à mes possibilités réelles, répartis dans plusieurs domaines. Je m'engage ensuite à réaliser au moins quatre contributions concrètes pendant l'année.</w:t>
            </w:r>
          </w:p>
        </w:tc>
      </w:tr>
    </w:tbl>
    <w:p w14:paraId="57EB2967" w14:textId="77777777" w:rsidR="009C4DF4" w:rsidRDefault="009C4DF4">
      <w:pPr>
        <w:spacing w:after="0"/>
      </w:pPr>
    </w:p>
    <w:p w14:paraId="73A03A8B" w14:textId="77777777" w:rsidR="009C4DF4" w:rsidRDefault="00000000">
      <w:pPr>
        <w:spacing w:after="80"/>
      </w:pPr>
      <w:r>
        <w:rPr>
          <w:b/>
          <w:color w:val="A9470B"/>
        </w:rPr>
        <w:t xml:space="preserve">Nom et prénom : </w:t>
      </w:r>
      <w:r>
        <w:rPr>
          <w:color w:val="6B6B6B"/>
        </w:rPr>
        <w:t>................................................................</w:t>
      </w:r>
    </w:p>
    <w:p w14:paraId="64F2D670" w14:textId="77777777" w:rsidR="009C4DF4" w:rsidRDefault="00000000">
      <w:pPr>
        <w:spacing w:after="80"/>
      </w:pPr>
      <w:r>
        <w:rPr>
          <w:b/>
          <w:color w:val="A9470B"/>
        </w:rPr>
        <w:t xml:space="preserve">Téléphone : </w:t>
      </w:r>
      <w:r>
        <w:rPr>
          <w:color w:val="6B6B6B"/>
        </w:rPr>
        <w:t>................................................................</w:t>
      </w:r>
    </w:p>
    <w:p w14:paraId="53196EE9" w14:textId="77777777" w:rsidR="009C4DF4" w:rsidRDefault="00000000">
      <w:pPr>
        <w:spacing w:after="80"/>
      </w:pPr>
      <w:r>
        <w:rPr>
          <w:b/>
          <w:color w:val="A9470B"/>
        </w:rPr>
        <w:t xml:space="preserve">Courriel : </w:t>
      </w:r>
      <w:r>
        <w:rPr>
          <w:color w:val="6B6B6B"/>
        </w:rPr>
        <w:t>................................................................</w:t>
      </w:r>
    </w:p>
    <w:p w14:paraId="11C0D3E3" w14:textId="77777777" w:rsidR="009C4DF4" w:rsidRDefault="00000000">
      <w:pPr>
        <w:spacing w:after="80"/>
      </w:pPr>
      <w:r>
        <w:rPr>
          <w:b/>
          <w:color w:val="A9470B"/>
        </w:rPr>
        <w:t xml:space="preserve">Commune ou île de résidence : </w:t>
      </w:r>
      <w:r>
        <w:rPr>
          <w:color w:val="6B6B6B"/>
        </w:rPr>
        <w:t>................................................................</w:t>
      </w:r>
    </w:p>
    <w:p w14:paraId="2D8D6CE1" w14:textId="77777777" w:rsidR="009C4DF4" w:rsidRDefault="00000000">
      <w:pPr>
        <w:spacing w:after="80"/>
      </w:pPr>
      <w:r>
        <w:rPr>
          <w:b/>
          <w:color w:val="A9470B"/>
        </w:rPr>
        <w:t xml:space="preserve">Disponibilités principales : </w:t>
      </w:r>
      <w:r>
        <w:rPr>
          <w:color w:val="6B6B6B"/>
        </w:rPr>
        <w:t>................................................................</w:t>
      </w:r>
    </w:p>
    <w:p w14:paraId="2596BD2C" w14:textId="77777777" w:rsidR="009C4DF4" w:rsidRDefault="00000000">
      <w:pPr>
        <w:pStyle w:val="Titre2"/>
        <w:spacing w:before="160" w:after="80"/>
      </w:pPr>
      <w:r>
        <w:rPr>
          <w:rFonts w:ascii="Calibri" w:hAnsi="Calibri"/>
        </w:rPr>
        <w:t>1. Communication et témoignages</w:t>
      </w:r>
    </w:p>
    <w:tbl>
      <w:tblPr>
        <w:tblW w:w="9354" w:type="dxa"/>
        <w:tblBorders>
          <w:top w:val="single" w:sz="4" w:space="0" w:color="E7D3C6"/>
          <w:left w:val="single" w:sz="4" w:space="0" w:color="E7D3C6"/>
          <w:bottom w:val="single" w:sz="4" w:space="0" w:color="E7D3C6"/>
          <w:right w:val="single" w:sz="4" w:space="0" w:color="E7D3C6"/>
          <w:insideH w:val="single" w:sz="4" w:space="0" w:color="E7D3C6"/>
          <w:insideV w:val="single" w:sz="4" w:space="0" w:color="E7D3C6"/>
        </w:tblBorders>
        <w:tblLayout w:type="fixed"/>
        <w:tblLook w:val="04A0" w:firstRow="1" w:lastRow="0" w:firstColumn="1" w:lastColumn="0" w:noHBand="0" w:noVBand="1"/>
      </w:tblPr>
      <w:tblGrid>
        <w:gridCol w:w="453"/>
        <w:gridCol w:w="8901"/>
      </w:tblGrid>
      <w:tr w:rsidR="009C4DF4" w14:paraId="716E4315" w14:textId="77777777">
        <w:trPr>
          <w:cantSplit/>
        </w:trPr>
        <w:tc>
          <w:tcPr>
            <w:tcW w:w="453" w:type="dxa"/>
            <w:tcMar>
              <w:top w:w="55" w:type="dxa"/>
              <w:left w:w="70" w:type="dxa"/>
              <w:bottom w:w="55" w:type="dxa"/>
              <w:right w:w="70" w:type="dxa"/>
            </w:tcMar>
            <w:vAlign w:val="center"/>
          </w:tcPr>
          <w:p w14:paraId="22E3F4C3" w14:textId="77777777" w:rsidR="009C4DF4" w:rsidRDefault="00000000">
            <w:pPr>
              <w:spacing w:after="0"/>
              <w:jc w:val="center"/>
            </w:pPr>
            <w:r>
              <w:rPr>
                <w:color w:val="A9470B"/>
                <w:sz w:val="28"/>
              </w:rPr>
              <w:t>☐</w:t>
            </w:r>
          </w:p>
        </w:tc>
        <w:tc>
          <w:tcPr>
            <w:tcW w:w="8900" w:type="dxa"/>
            <w:tcMar>
              <w:top w:w="55" w:type="dxa"/>
              <w:left w:w="70" w:type="dxa"/>
              <w:bottom w:w="55" w:type="dxa"/>
              <w:right w:w="70" w:type="dxa"/>
            </w:tcMar>
            <w:vAlign w:val="center"/>
          </w:tcPr>
          <w:p w14:paraId="1E31A406" w14:textId="77777777" w:rsidR="009C4DF4" w:rsidRDefault="00000000">
            <w:pPr>
              <w:spacing w:after="0" w:line="240" w:lineRule="auto"/>
            </w:pPr>
            <w:r>
              <w:rPr>
                <w:sz w:val="20"/>
              </w:rPr>
              <w:t>Relayer régulièrement les publications importantes de l'association.</w:t>
            </w:r>
          </w:p>
        </w:tc>
      </w:tr>
      <w:tr w:rsidR="009C4DF4" w14:paraId="51B8F9DF" w14:textId="77777777">
        <w:trPr>
          <w:cantSplit/>
        </w:trPr>
        <w:tc>
          <w:tcPr>
            <w:tcW w:w="453" w:type="dxa"/>
            <w:tcMar>
              <w:top w:w="55" w:type="dxa"/>
              <w:left w:w="70" w:type="dxa"/>
              <w:bottom w:w="55" w:type="dxa"/>
              <w:right w:w="70" w:type="dxa"/>
            </w:tcMar>
            <w:vAlign w:val="center"/>
          </w:tcPr>
          <w:p w14:paraId="2E1072B8" w14:textId="77777777" w:rsidR="009C4DF4" w:rsidRDefault="00000000">
            <w:pPr>
              <w:spacing w:after="0"/>
              <w:jc w:val="center"/>
            </w:pPr>
            <w:r>
              <w:rPr>
                <w:color w:val="A9470B"/>
                <w:sz w:val="28"/>
              </w:rPr>
              <w:t>☐</w:t>
            </w:r>
          </w:p>
        </w:tc>
        <w:tc>
          <w:tcPr>
            <w:tcW w:w="8900" w:type="dxa"/>
            <w:tcMar>
              <w:top w:w="55" w:type="dxa"/>
              <w:left w:w="70" w:type="dxa"/>
              <w:bottom w:w="55" w:type="dxa"/>
              <w:right w:w="70" w:type="dxa"/>
            </w:tcMar>
            <w:vAlign w:val="center"/>
          </w:tcPr>
          <w:p w14:paraId="480DBA82" w14:textId="77777777" w:rsidR="009C4DF4" w:rsidRDefault="00000000">
            <w:pPr>
              <w:spacing w:after="0" w:line="240" w:lineRule="auto"/>
            </w:pPr>
            <w:r>
              <w:rPr>
                <w:sz w:val="20"/>
              </w:rPr>
              <w:t>Proposer des idées de publications ou aider à créer des contenus.</w:t>
            </w:r>
          </w:p>
        </w:tc>
      </w:tr>
      <w:tr w:rsidR="009C4DF4" w14:paraId="5E24A9D3" w14:textId="77777777">
        <w:trPr>
          <w:cantSplit/>
        </w:trPr>
        <w:tc>
          <w:tcPr>
            <w:tcW w:w="453" w:type="dxa"/>
            <w:tcMar>
              <w:top w:w="55" w:type="dxa"/>
              <w:left w:w="70" w:type="dxa"/>
              <w:bottom w:w="55" w:type="dxa"/>
              <w:right w:w="70" w:type="dxa"/>
            </w:tcMar>
            <w:vAlign w:val="center"/>
          </w:tcPr>
          <w:p w14:paraId="4056C863" w14:textId="77777777" w:rsidR="009C4DF4" w:rsidRDefault="00000000">
            <w:pPr>
              <w:spacing w:after="0"/>
              <w:jc w:val="center"/>
            </w:pPr>
            <w:r>
              <w:rPr>
                <w:color w:val="A9470B"/>
                <w:sz w:val="28"/>
              </w:rPr>
              <w:t>☐</w:t>
            </w:r>
          </w:p>
        </w:tc>
        <w:tc>
          <w:tcPr>
            <w:tcW w:w="8900" w:type="dxa"/>
            <w:tcMar>
              <w:top w:w="55" w:type="dxa"/>
              <w:left w:w="70" w:type="dxa"/>
              <w:bottom w:w="55" w:type="dxa"/>
              <w:right w:w="70" w:type="dxa"/>
            </w:tcMar>
            <w:vAlign w:val="center"/>
          </w:tcPr>
          <w:p w14:paraId="5C5258C7" w14:textId="77777777" w:rsidR="009C4DF4" w:rsidRDefault="00000000">
            <w:pPr>
              <w:spacing w:after="0" w:line="240" w:lineRule="auto"/>
            </w:pPr>
            <w:r>
              <w:rPr>
                <w:sz w:val="20"/>
              </w:rPr>
              <w:t>Participer à des photos ou à des vidéos de l'association, avec mon accord.</w:t>
            </w:r>
          </w:p>
        </w:tc>
      </w:tr>
      <w:tr w:rsidR="009C4DF4" w14:paraId="27CCCFAD" w14:textId="77777777">
        <w:trPr>
          <w:cantSplit/>
        </w:trPr>
        <w:tc>
          <w:tcPr>
            <w:tcW w:w="453" w:type="dxa"/>
            <w:tcMar>
              <w:top w:w="55" w:type="dxa"/>
              <w:left w:w="70" w:type="dxa"/>
              <w:bottom w:w="55" w:type="dxa"/>
              <w:right w:w="70" w:type="dxa"/>
            </w:tcMar>
            <w:vAlign w:val="center"/>
          </w:tcPr>
          <w:p w14:paraId="3F93F432" w14:textId="77777777" w:rsidR="009C4DF4" w:rsidRDefault="00000000">
            <w:pPr>
              <w:spacing w:after="0"/>
              <w:jc w:val="center"/>
            </w:pPr>
            <w:r>
              <w:rPr>
                <w:color w:val="A9470B"/>
                <w:sz w:val="28"/>
              </w:rPr>
              <w:t>☐</w:t>
            </w:r>
          </w:p>
        </w:tc>
        <w:tc>
          <w:tcPr>
            <w:tcW w:w="8900" w:type="dxa"/>
            <w:tcMar>
              <w:top w:w="55" w:type="dxa"/>
              <w:left w:w="70" w:type="dxa"/>
              <w:bottom w:w="55" w:type="dxa"/>
              <w:right w:w="70" w:type="dxa"/>
            </w:tcMar>
            <w:vAlign w:val="center"/>
          </w:tcPr>
          <w:p w14:paraId="2A0BF543" w14:textId="77777777" w:rsidR="009C4DF4" w:rsidRDefault="00000000">
            <w:pPr>
              <w:spacing w:after="0" w:line="240" w:lineRule="auto"/>
            </w:pPr>
            <w:r>
              <w:rPr>
                <w:sz w:val="20"/>
              </w:rPr>
              <w:t>Témoigner de mon parcours ou de mon expérience, par écrit, en vidéo ou lors d'une rencontre, selon ce que je souhaite partager.</w:t>
            </w:r>
          </w:p>
        </w:tc>
      </w:tr>
      <w:tr w:rsidR="009C4DF4" w14:paraId="0A95BB75" w14:textId="77777777">
        <w:trPr>
          <w:cantSplit/>
        </w:trPr>
        <w:tc>
          <w:tcPr>
            <w:tcW w:w="453" w:type="dxa"/>
            <w:tcMar>
              <w:top w:w="55" w:type="dxa"/>
              <w:left w:w="70" w:type="dxa"/>
              <w:bottom w:w="55" w:type="dxa"/>
              <w:right w:w="70" w:type="dxa"/>
            </w:tcMar>
            <w:vAlign w:val="center"/>
          </w:tcPr>
          <w:p w14:paraId="7747EC7F" w14:textId="77777777" w:rsidR="009C4DF4" w:rsidRDefault="00000000">
            <w:pPr>
              <w:spacing w:after="0"/>
              <w:jc w:val="center"/>
            </w:pPr>
            <w:r>
              <w:rPr>
                <w:color w:val="A9470B"/>
                <w:sz w:val="28"/>
              </w:rPr>
              <w:t>☐</w:t>
            </w:r>
          </w:p>
        </w:tc>
        <w:tc>
          <w:tcPr>
            <w:tcW w:w="8900" w:type="dxa"/>
            <w:tcMar>
              <w:top w:w="55" w:type="dxa"/>
              <w:left w:w="70" w:type="dxa"/>
              <w:bottom w:w="55" w:type="dxa"/>
              <w:right w:w="70" w:type="dxa"/>
            </w:tcMar>
            <w:vAlign w:val="center"/>
          </w:tcPr>
          <w:p w14:paraId="1D48BD60" w14:textId="77777777" w:rsidR="009C4DF4" w:rsidRDefault="00000000">
            <w:pPr>
              <w:spacing w:after="0" w:line="240" w:lineRule="auto"/>
            </w:pPr>
            <w:r>
              <w:rPr>
                <w:sz w:val="20"/>
              </w:rPr>
              <w:t>Téléphoner aux adhérents pour transmettre une information ou rappeler un événement.</w:t>
            </w:r>
          </w:p>
        </w:tc>
      </w:tr>
    </w:tbl>
    <w:p w14:paraId="2D453818" w14:textId="77777777" w:rsidR="009C4DF4" w:rsidRDefault="00000000">
      <w:pPr>
        <w:pStyle w:val="Titre2"/>
        <w:spacing w:before="160" w:after="80"/>
      </w:pPr>
      <w:r>
        <w:rPr>
          <w:rFonts w:ascii="Calibri" w:hAnsi="Calibri"/>
        </w:rPr>
        <w:t>2. Manifestations et activités</w:t>
      </w:r>
    </w:p>
    <w:tbl>
      <w:tblPr>
        <w:tblW w:w="9354" w:type="dxa"/>
        <w:tblBorders>
          <w:top w:val="single" w:sz="4" w:space="0" w:color="E7D3C6"/>
          <w:left w:val="single" w:sz="4" w:space="0" w:color="E7D3C6"/>
          <w:bottom w:val="single" w:sz="4" w:space="0" w:color="E7D3C6"/>
          <w:right w:val="single" w:sz="4" w:space="0" w:color="E7D3C6"/>
          <w:insideH w:val="single" w:sz="4" w:space="0" w:color="E7D3C6"/>
          <w:insideV w:val="single" w:sz="4" w:space="0" w:color="E7D3C6"/>
        </w:tblBorders>
        <w:tblLayout w:type="fixed"/>
        <w:tblLook w:val="04A0" w:firstRow="1" w:lastRow="0" w:firstColumn="1" w:lastColumn="0" w:noHBand="0" w:noVBand="1"/>
      </w:tblPr>
      <w:tblGrid>
        <w:gridCol w:w="453"/>
        <w:gridCol w:w="8901"/>
      </w:tblGrid>
      <w:tr w:rsidR="009C4DF4" w14:paraId="3426FDFD" w14:textId="77777777">
        <w:trPr>
          <w:cantSplit/>
        </w:trPr>
        <w:tc>
          <w:tcPr>
            <w:tcW w:w="453" w:type="dxa"/>
            <w:tcMar>
              <w:top w:w="55" w:type="dxa"/>
              <w:left w:w="70" w:type="dxa"/>
              <w:bottom w:w="55" w:type="dxa"/>
              <w:right w:w="70" w:type="dxa"/>
            </w:tcMar>
            <w:vAlign w:val="center"/>
          </w:tcPr>
          <w:p w14:paraId="5385BA39" w14:textId="77777777" w:rsidR="009C4DF4" w:rsidRDefault="00000000">
            <w:pPr>
              <w:spacing w:after="0"/>
              <w:jc w:val="center"/>
            </w:pPr>
            <w:r>
              <w:rPr>
                <w:color w:val="A9470B"/>
                <w:sz w:val="28"/>
              </w:rPr>
              <w:t>☐</w:t>
            </w:r>
          </w:p>
        </w:tc>
        <w:tc>
          <w:tcPr>
            <w:tcW w:w="8900" w:type="dxa"/>
            <w:tcMar>
              <w:top w:w="55" w:type="dxa"/>
              <w:left w:w="70" w:type="dxa"/>
              <w:bottom w:w="55" w:type="dxa"/>
              <w:right w:w="70" w:type="dxa"/>
            </w:tcMar>
            <w:vAlign w:val="center"/>
          </w:tcPr>
          <w:p w14:paraId="4C45FDD0" w14:textId="77777777" w:rsidR="009C4DF4" w:rsidRDefault="00000000">
            <w:pPr>
              <w:spacing w:after="0" w:line="240" w:lineRule="auto"/>
            </w:pPr>
            <w:r>
              <w:rPr>
                <w:sz w:val="20"/>
              </w:rPr>
              <w:t>Participer aux manifestations et aux activités de l'association.</w:t>
            </w:r>
          </w:p>
        </w:tc>
      </w:tr>
      <w:tr w:rsidR="009C4DF4" w14:paraId="461685CA" w14:textId="77777777">
        <w:trPr>
          <w:cantSplit/>
        </w:trPr>
        <w:tc>
          <w:tcPr>
            <w:tcW w:w="453" w:type="dxa"/>
            <w:tcMar>
              <w:top w:w="55" w:type="dxa"/>
              <w:left w:w="70" w:type="dxa"/>
              <w:bottom w:w="55" w:type="dxa"/>
              <w:right w:w="70" w:type="dxa"/>
            </w:tcMar>
            <w:vAlign w:val="center"/>
          </w:tcPr>
          <w:p w14:paraId="56EA9C30" w14:textId="77777777" w:rsidR="009C4DF4" w:rsidRDefault="00000000">
            <w:pPr>
              <w:spacing w:after="0"/>
              <w:jc w:val="center"/>
            </w:pPr>
            <w:r>
              <w:rPr>
                <w:color w:val="A9470B"/>
                <w:sz w:val="28"/>
              </w:rPr>
              <w:t>☐</w:t>
            </w:r>
          </w:p>
        </w:tc>
        <w:tc>
          <w:tcPr>
            <w:tcW w:w="8900" w:type="dxa"/>
            <w:tcMar>
              <w:top w:w="55" w:type="dxa"/>
              <w:left w:w="70" w:type="dxa"/>
              <w:bottom w:w="55" w:type="dxa"/>
              <w:right w:w="70" w:type="dxa"/>
            </w:tcMar>
            <w:vAlign w:val="center"/>
          </w:tcPr>
          <w:p w14:paraId="0176D002" w14:textId="77777777" w:rsidR="009C4DF4" w:rsidRDefault="00000000">
            <w:pPr>
              <w:spacing w:after="0" w:line="240" w:lineRule="auto"/>
            </w:pPr>
            <w:r>
              <w:rPr>
                <w:sz w:val="20"/>
              </w:rPr>
              <w:t>Aider à préparer une manifestation ou une activité.</w:t>
            </w:r>
          </w:p>
        </w:tc>
      </w:tr>
      <w:tr w:rsidR="009C4DF4" w14:paraId="576AECA5" w14:textId="77777777">
        <w:trPr>
          <w:cantSplit/>
        </w:trPr>
        <w:tc>
          <w:tcPr>
            <w:tcW w:w="453" w:type="dxa"/>
            <w:tcMar>
              <w:top w:w="55" w:type="dxa"/>
              <w:left w:w="70" w:type="dxa"/>
              <w:bottom w:w="55" w:type="dxa"/>
              <w:right w:w="70" w:type="dxa"/>
            </w:tcMar>
            <w:vAlign w:val="center"/>
          </w:tcPr>
          <w:p w14:paraId="69175E8A" w14:textId="77777777" w:rsidR="009C4DF4" w:rsidRDefault="00000000">
            <w:pPr>
              <w:spacing w:after="0"/>
              <w:jc w:val="center"/>
            </w:pPr>
            <w:r>
              <w:rPr>
                <w:color w:val="A9470B"/>
                <w:sz w:val="28"/>
              </w:rPr>
              <w:t>☐</w:t>
            </w:r>
          </w:p>
        </w:tc>
        <w:tc>
          <w:tcPr>
            <w:tcW w:w="8900" w:type="dxa"/>
            <w:tcMar>
              <w:top w:w="55" w:type="dxa"/>
              <w:left w:w="70" w:type="dxa"/>
              <w:bottom w:w="55" w:type="dxa"/>
              <w:right w:w="70" w:type="dxa"/>
            </w:tcMar>
            <w:vAlign w:val="center"/>
          </w:tcPr>
          <w:p w14:paraId="4092B65D" w14:textId="77777777" w:rsidR="009C4DF4" w:rsidRDefault="00000000">
            <w:pPr>
              <w:spacing w:after="0" w:line="240" w:lineRule="auto"/>
            </w:pPr>
            <w:r>
              <w:rPr>
                <w:sz w:val="20"/>
              </w:rPr>
              <w:t>Aider à installer le matériel avant un événement.</w:t>
            </w:r>
          </w:p>
        </w:tc>
      </w:tr>
      <w:tr w:rsidR="009C4DF4" w14:paraId="5611BF4F" w14:textId="77777777">
        <w:trPr>
          <w:cantSplit/>
        </w:trPr>
        <w:tc>
          <w:tcPr>
            <w:tcW w:w="453" w:type="dxa"/>
            <w:tcMar>
              <w:top w:w="55" w:type="dxa"/>
              <w:left w:w="70" w:type="dxa"/>
              <w:bottom w:w="55" w:type="dxa"/>
              <w:right w:w="70" w:type="dxa"/>
            </w:tcMar>
            <w:vAlign w:val="center"/>
          </w:tcPr>
          <w:p w14:paraId="3C054E22" w14:textId="77777777" w:rsidR="009C4DF4" w:rsidRDefault="00000000">
            <w:pPr>
              <w:spacing w:after="0"/>
              <w:jc w:val="center"/>
            </w:pPr>
            <w:r>
              <w:rPr>
                <w:color w:val="A9470B"/>
                <w:sz w:val="28"/>
              </w:rPr>
              <w:t>☐</w:t>
            </w:r>
          </w:p>
        </w:tc>
        <w:tc>
          <w:tcPr>
            <w:tcW w:w="8900" w:type="dxa"/>
            <w:tcMar>
              <w:top w:w="55" w:type="dxa"/>
              <w:left w:w="70" w:type="dxa"/>
              <w:bottom w:w="55" w:type="dxa"/>
              <w:right w:w="70" w:type="dxa"/>
            </w:tcMar>
            <w:vAlign w:val="center"/>
          </w:tcPr>
          <w:p w14:paraId="3293402D" w14:textId="77777777" w:rsidR="009C4DF4" w:rsidRDefault="00000000">
            <w:pPr>
              <w:spacing w:after="0" w:line="240" w:lineRule="auto"/>
            </w:pPr>
            <w:r>
              <w:rPr>
                <w:sz w:val="20"/>
              </w:rPr>
              <w:t>Accueillir et orienter les familles pendant un événement.</w:t>
            </w:r>
          </w:p>
        </w:tc>
      </w:tr>
      <w:tr w:rsidR="009C4DF4" w14:paraId="1E03F139" w14:textId="77777777">
        <w:trPr>
          <w:cantSplit/>
        </w:trPr>
        <w:tc>
          <w:tcPr>
            <w:tcW w:w="453" w:type="dxa"/>
            <w:tcMar>
              <w:top w:w="55" w:type="dxa"/>
              <w:left w:w="70" w:type="dxa"/>
              <w:bottom w:w="55" w:type="dxa"/>
              <w:right w:w="70" w:type="dxa"/>
            </w:tcMar>
            <w:vAlign w:val="center"/>
          </w:tcPr>
          <w:p w14:paraId="01E5260D" w14:textId="77777777" w:rsidR="009C4DF4" w:rsidRDefault="00000000">
            <w:pPr>
              <w:spacing w:after="0"/>
              <w:jc w:val="center"/>
            </w:pPr>
            <w:r>
              <w:rPr>
                <w:color w:val="A9470B"/>
                <w:sz w:val="28"/>
              </w:rPr>
              <w:t>☐</w:t>
            </w:r>
          </w:p>
        </w:tc>
        <w:tc>
          <w:tcPr>
            <w:tcW w:w="8900" w:type="dxa"/>
            <w:tcMar>
              <w:top w:w="55" w:type="dxa"/>
              <w:left w:w="70" w:type="dxa"/>
              <w:bottom w:w="55" w:type="dxa"/>
              <w:right w:w="70" w:type="dxa"/>
            </w:tcMar>
            <w:vAlign w:val="center"/>
          </w:tcPr>
          <w:p w14:paraId="4EF166DC" w14:textId="77777777" w:rsidR="009C4DF4" w:rsidRDefault="00000000">
            <w:pPr>
              <w:spacing w:after="0" w:line="240" w:lineRule="auto"/>
            </w:pPr>
            <w:r>
              <w:rPr>
                <w:sz w:val="20"/>
              </w:rPr>
              <w:t>Tenir un stand ou aider à encadrer une activité selon mes possibilités.</w:t>
            </w:r>
          </w:p>
        </w:tc>
      </w:tr>
      <w:tr w:rsidR="009C4DF4" w14:paraId="43AFEE16" w14:textId="77777777">
        <w:trPr>
          <w:cantSplit/>
        </w:trPr>
        <w:tc>
          <w:tcPr>
            <w:tcW w:w="453" w:type="dxa"/>
            <w:tcMar>
              <w:top w:w="55" w:type="dxa"/>
              <w:left w:w="70" w:type="dxa"/>
              <w:bottom w:w="55" w:type="dxa"/>
              <w:right w:w="70" w:type="dxa"/>
            </w:tcMar>
            <w:vAlign w:val="center"/>
          </w:tcPr>
          <w:p w14:paraId="1849E662" w14:textId="77777777" w:rsidR="009C4DF4" w:rsidRDefault="00000000">
            <w:pPr>
              <w:spacing w:after="0"/>
              <w:jc w:val="center"/>
            </w:pPr>
            <w:r>
              <w:rPr>
                <w:color w:val="A9470B"/>
                <w:sz w:val="28"/>
              </w:rPr>
              <w:t>☐</w:t>
            </w:r>
          </w:p>
        </w:tc>
        <w:tc>
          <w:tcPr>
            <w:tcW w:w="8900" w:type="dxa"/>
            <w:tcMar>
              <w:top w:w="55" w:type="dxa"/>
              <w:left w:w="70" w:type="dxa"/>
              <w:bottom w:w="55" w:type="dxa"/>
              <w:right w:w="70" w:type="dxa"/>
            </w:tcMar>
            <w:vAlign w:val="center"/>
          </w:tcPr>
          <w:p w14:paraId="66180CCC" w14:textId="77777777" w:rsidR="009C4DF4" w:rsidRDefault="00000000">
            <w:pPr>
              <w:spacing w:after="0" w:line="240" w:lineRule="auto"/>
            </w:pPr>
            <w:r>
              <w:rPr>
                <w:sz w:val="20"/>
              </w:rPr>
              <w:t>Aider au rangement et au nettoyage après un événement.</w:t>
            </w:r>
          </w:p>
        </w:tc>
      </w:tr>
    </w:tbl>
    <w:p w14:paraId="4F4DA51F" w14:textId="77777777" w:rsidR="009C4DF4" w:rsidRDefault="00000000">
      <w:pPr>
        <w:pStyle w:val="Titre2"/>
        <w:spacing w:before="160" w:after="80"/>
      </w:pPr>
      <w:r>
        <w:rPr>
          <w:rFonts w:ascii="Calibri" w:hAnsi="Calibri"/>
        </w:rPr>
        <w:t>3. Levées de fonds et partenariats</w:t>
      </w:r>
    </w:p>
    <w:tbl>
      <w:tblPr>
        <w:tblW w:w="9354" w:type="dxa"/>
        <w:tblBorders>
          <w:top w:val="single" w:sz="4" w:space="0" w:color="E7D3C6"/>
          <w:left w:val="single" w:sz="4" w:space="0" w:color="E7D3C6"/>
          <w:bottom w:val="single" w:sz="4" w:space="0" w:color="E7D3C6"/>
          <w:right w:val="single" w:sz="4" w:space="0" w:color="E7D3C6"/>
          <w:insideH w:val="single" w:sz="4" w:space="0" w:color="E7D3C6"/>
          <w:insideV w:val="single" w:sz="4" w:space="0" w:color="E7D3C6"/>
        </w:tblBorders>
        <w:tblLayout w:type="fixed"/>
        <w:tblLook w:val="04A0" w:firstRow="1" w:lastRow="0" w:firstColumn="1" w:lastColumn="0" w:noHBand="0" w:noVBand="1"/>
      </w:tblPr>
      <w:tblGrid>
        <w:gridCol w:w="453"/>
        <w:gridCol w:w="8901"/>
      </w:tblGrid>
      <w:tr w:rsidR="009C4DF4" w14:paraId="09F587FB" w14:textId="77777777">
        <w:trPr>
          <w:cantSplit/>
        </w:trPr>
        <w:tc>
          <w:tcPr>
            <w:tcW w:w="453" w:type="dxa"/>
            <w:tcMar>
              <w:top w:w="55" w:type="dxa"/>
              <w:left w:w="70" w:type="dxa"/>
              <w:bottom w:w="55" w:type="dxa"/>
              <w:right w:w="70" w:type="dxa"/>
            </w:tcMar>
            <w:vAlign w:val="center"/>
          </w:tcPr>
          <w:p w14:paraId="70C47C03" w14:textId="77777777" w:rsidR="009C4DF4" w:rsidRDefault="00000000">
            <w:pPr>
              <w:spacing w:after="0"/>
              <w:jc w:val="center"/>
            </w:pPr>
            <w:r>
              <w:rPr>
                <w:color w:val="A9470B"/>
                <w:sz w:val="28"/>
              </w:rPr>
              <w:t>☐</w:t>
            </w:r>
          </w:p>
        </w:tc>
        <w:tc>
          <w:tcPr>
            <w:tcW w:w="8900" w:type="dxa"/>
            <w:tcMar>
              <w:top w:w="55" w:type="dxa"/>
              <w:left w:w="70" w:type="dxa"/>
              <w:bottom w:w="55" w:type="dxa"/>
              <w:right w:w="70" w:type="dxa"/>
            </w:tcMar>
            <w:vAlign w:val="center"/>
          </w:tcPr>
          <w:p w14:paraId="3CD6728E" w14:textId="77777777" w:rsidR="009C4DF4" w:rsidRDefault="00000000">
            <w:pPr>
              <w:spacing w:after="0" w:line="240" w:lineRule="auto"/>
            </w:pPr>
            <w:r>
              <w:rPr>
                <w:sz w:val="20"/>
              </w:rPr>
              <w:t>Participer aux ventes, collectes et levées de fonds de l'association.</w:t>
            </w:r>
          </w:p>
        </w:tc>
      </w:tr>
      <w:tr w:rsidR="009C4DF4" w14:paraId="4C06B367" w14:textId="77777777">
        <w:trPr>
          <w:cantSplit/>
        </w:trPr>
        <w:tc>
          <w:tcPr>
            <w:tcW w:w="453" w:type="dxa"/>
            <w:tcMar>
              <w:top w:w="55" w:type="dxa"/>
              <w:left w:w="70" w:type="dxa"/>
              <w:bottom w:w="55" w:type="dxa"/>
              <w:right w:w="70" w:type="dxa"/>
            </w:tcMar>
            <w:vAlign w:val="center"/>
          </w:tcPr>
          <w:p w14:paraId="2B6E6C38" w14:textId="77777777" w:rsidR="009C4DF4" w:rsidRDefault="00000000">
            <w:pPr>
              <w:spacing w:after="0"/>
              <w:jc w:val="center"/>
            </w:pPr>
            <w:r>
              <w:rPr>
                <w:color w:val="A9470B"/>
                <w:sz w:val="28"/>
              </w:rPr>
              <w:t>☐</w:t>
            </w:r>
          </w:p>
        </w:tc>
        <w:tc>
          <w:tcPr>
            <w:tcW w:w="8900" w:type="dxa"/>
            <w:tcMar>
              <w:top w:w="55" w:type="dxa"/>
              <w:left w:w="70" w:type="dxa"/>
              <w:bottom w:w="55" w:type="dxa"/>
              <w:right w:w="70" w:type="dxa"/>
            </w:tcMar>
            <w:vAlign w:val="center"/>
          </w:tcPr>
          <w:p w14:paraId="463A777C" w14:textId="77777777" w:rsidR="009C4DF4" w:rsidRDefault="00000000">
            <w:pPr>
              <w:spacing w:after="0" w:line="240" w:lineRule="auto"/>
            </w:pPr>
            <w:r>
              <w:rPr>
                <w:sz w:val="20"/>
              </w:rPr>
              <w:t>Rechercher des dons, des lots, du matériel ou des mises à disposition.</w:t>
            </w:r>
          </w:p>
        </w:tc>
      </w:tr>
      <w:tr w:rsidR="009C4DF4" w14:paraId="53FCAEC9" w14:textId="77777777">
        <w:trPr>
          <w:cantSplit/>
        </w:trPr>
        <w:tc>
          <w:tcPr>
            <w:tcW w:w="453" w:type="dxa"/>
            <w:tcMar>
              <w:top w:w="55" w:type="dxa"/>
              <w:left w:w="70" w:type="dxa"/>
              <w:bottom w:w="55" w:type="dxa"/>
              <w:right w:w="70" w:type="dxa"/>
            </w:tcMar>
            <w:vAlign w:val="center"/>
          </w:tcPr>
          <w:p w14:paraId="381D4AB7" w14:textId="77777777" w:rsidR="009C4DF4" w:rsidRDefault="00000000">
            <w:pPr>
              <w:spacing w:after="0"/>
              <w:jc w:val="center"/>
            </w:pPr>
            <w:r>
              <w:rPr>
                <w:color w:val="A9470B"/>
                <w:sz w:val="28"/>
              </w:rPr>
              <w:t>☐</w:t>
            </w:r>
          </w:p>
        </w:tc>
        <w:tc>
          <w:tcPr>
            <w:tcW w:w="8900" w:type="dxa"/>
            <w:tcMar>
              <w:top w:w="55" w:type="dxa"/>
              <w:left w:w="70" w:type="dxa"/>
              <w:bottom w:w="55" w:type="dxa"/>
              <w:right w:w="70" w:type="dxa"/>
            </w:tcMar>
            <w:vAlign w:val="center"/>
          </w:tcPr>
          <w:p w14:paraId="56C80F38" w14:textId="77777777" w:rsidR="009C4DF4" w:rsidRDefault="00000000">
            <w:pPr>
              <w:spacing w:after="0" w:line="240" w:lineRule="auto"/>
            </w:pPr>
            <w:r>
              <w:rPr>
                <w:sz w:val="20"/>
              </w:rPr>
              <w:t>Proposer une idée d'action permettant de récolter des fonds.</w:t>
            </w:r>
          </w:p>
        </w:tc>
      </w:tr>
      <w:tr w:rsidR="009C4DF4" w14:paraId="38BC6308" w14:textId="77777777">
        <w:trPr>
          <w:cantSplit/>
        </w:trPr>
        <w:tc>
          <w:tcPr>
            <w:tcW w:w="453" w:type="dxa"/>
            <w:tcMar>
              <w:top w:w="55" w:type="dxa"/>
              <w:left w:w="70" w:type="dxa"/>
              <w:bottom w:w="55" w:type="dxa"/>
              <w:right w:w="70" w:type="dxa"/>
            </w:tcMar>
            <w:vAlign w:val="center"/>
          </w:tcPr>
          <w:p w14:paraId="1FCA2DE3" w14:textId="77777777" w:rsidR="009C4DF4" w:rsidRDefault="00000000">
            <w:pPr>
              <w:spacing w:after="0"/>
              <w:jc w:val="center"/>
            </w:pPr>
            <w:r>
              <w:rPr>
                <w:color w:val="A9470B"/>
                <w:sz w:val="28"/>
              </w:rPr>
              <w:t>☐</w:t>
            </w:r>
          </w:p>
        </w:tc>
        <w:tc>
          <w:tcPr>
            <w:tcW w:w="8900" w:type="dxa"/>
            <w:tcMar>
              <w:top w:w="55" w:type="dxa"/>
              <w:left w:w="70" w:type="dxa"/>
              <w:bottom w:w="55" w:type="dxa"/>
              <w:right w:w="70" w:type="dxa"/>
            </w:tcMar>
            <w:vAlign w:val="center"/>
          </w:tcPr>
          <w:p w14:paraId="2A4F2147" w14:textId="77777777" w:rsidR="009C4DF4" w:rsidRDefault="00000000">
            <w:pPr>
              <w:spacing w:after="0" w:line="240" w:lineRule="auto"/>
            </w:pPr>
            <w:r>
              <w:rPr>
                <w:sz w:val="20"/>
              </w:rPr>
              <w:t>Rechercher ou contacter un partenaire après autorisation de l'association.</w:t>
            </w:r>
          </w:p>
        </w:tc>
      </w:tr>
    </w:tbl>
    <w:p w14:paraId="2E2FF343" w14:textId="77777777" w:rsidR="009C4DF4" w:rsidRDefault="00000000">
      <w:pPr>
        <w:pStyle w:val="Titre2"/>
        <w:pageBreakBefore/>
        <w:spacing w:before="160" w:after="80"/>
      </w:pPr>
      <w:r>
        <w:rPr>
          <w:rFonts w:ascii="Calibri" w:hAnsi="Calibri"/>
        </w:rPr>
        <w:lastRenderedPageBreak/>
        <w:t>4. Accompagnement et représentation</w:t>
      </w:r>
    </w:p>
    <w:tbl>
      <w:tblPr>
        <w:tblW w:w="9354" w:type="dxa"/>
        <w:tblBorders>
          <w:top w:val="single" w:sz="4" w:space="0" w:color="E7D3C6"/>
          <w:left w:val="single" w:sz="4" w:space="0" w:color="E7D3C6"/>
          <w:bottom w:val="single" w:sz="4" w:space="0" w:color="E7D3C6"/>
          <w:right w:val="single" w:sz="4" w:space="0" w:color="E7D3C6"/>
          <w:insideH w:val="single" w:sz="4" w:space="0" w:color="E7D3C6"/>
          <w:insideV w:val="single" w:sz="4" w:space="0" w:color="E7D3C6"/>
        </w:tblBorders>
        <w:tblLayout w:type="fixed"/>
        <w:tblLook w:val="04A0" w:firstRow="1" w:lastRow="0" w:firstColumn="1" w:lastColumn="0" w:noHBand="0" w:noVBand="1"/>
      </w:tblPr>
      <w:tblGrid>
        <w:gridCol w:w="453"/>
        <w:gridCol w:w="8901"/>
      </w:tblGrid>
      <w:tr w:rsidR="009C4DF4" w14:paraId="74E299B8" w14:textId="77777777">
        <w:trPr>
          <w:cantSplit/>
        </w:trPr>
        <w:tc>
          <w:tcPr>
            <w:tcW w:w="453" w:type="dxa"/>
            <w:tcMar>
              <w:top w:w="55" w:type="dxa"/>
              <w:left w:w="70" w:type="dxa"/>
              <w:bottom w:w="55" w:type="dxa"/>
              <w:right w:w="70" w:type="dxa"/>
            </w:tcMar>
            <w:vAlign w:val="center"/>
          </w:tcPr>
          <w:p w14:paraId="00942484" w14:textId="77777777" w:rsidR="009C4DF4" w:rsidRDefault="00000000">
            <w:pPr>
              <w:spacing w:after="0"/>
              <w:jc w:val="center"/>
            </w:pPr>
            <w:r>
              <w:rPr>
                <w:color w:val="A9470B"/>
                <w:sz w:val="28"/>
              </w:rPr>
              <w:t>☐</w:t>
            </w:r>
          </w:p>
        </w:tc>
        <w:tc>
          <w:tcPr>
            <w:tcW w:w="8900" w:type="dxa"/>
            <w:tcMar>
              <w:top w:w="55" w:type="dxa"/>
              <w:left w:w="70" w:type="dxa"/>
              <w:bottom w:w="55" w:type="dxa"/>
              <w:right w:w="70" w:type="dxa"/>
            </w:tcMar>
            <w:vAlign w:val="center"/>
          </w:tcPr>
          <w:p w14:paraId="4E4980E4" w14:textId="77777777" w:rsidR="009C4DF4" w:rsidRDefault="00000000">
            <w:pPr>
              <w:spacing w:after="0" w:line="240" w:lineRule="auto"/>
            </w:pPr>
            <w:r>
              <w:rPr>
                <w:sz w:val="20"/>
              </w:rPr>
              <w:t>Accueillir et écouter de nouveaux adhérents, puis transmettre leurs besoins aux responsables.</w:t>
            </w:r>
          </w:p>
        </w:tc>
      </w:tr>
      <w:tr w:rsidR="009C4DF4" w14:paraId="7A09BD30" w14:textId="77777777">
        <w:trPr>
          <w:cantSplit/>
        </w:trPr>
        <w:tc>
          <w:tcPr>
            <w:tcW w:w="453" w:type="dxa"/>
            <w:tcMar>
              <w:top w:w="55" w:type="dxa"/>
              <w:left w:w="70" w:type="dxa"/>
              <w:bottom w:w="55" w:type="dxa"/>
              <w:right w:w="70" w:type="dxa"/>
            </w:tcMar>
            <w:vAlign w:val="center"/>
          </w:tcPr>
          <w:p w14:paraId="34302CEB" w14:textId="77777777" w:rsidR="009C4DF4" w:rsidRDefault="00000000">
            <w:pPr>
              <w:spacing w:after="0"/>
              <w:jc w:val="center"/>
            </w:pPr>
            <w:r>
              <w:rPr>
                <w:color w:val="A9470B"/>
                <w:sz w:val="28"/>
              </w:rPr>
              <w:t>☐</w:t>
            </w:r>
          </w:p>
        </w:tc>
        <w:tc>
          <w:tcPr>
            <w:tcW w:w="8900" w:type="dxa"/>
            <w:tcMar>
              <w:top w:w="55" w:type="dxa"/>
              <w:left w:w="70" w:type="dxa"/>
              <w:bottom w:w="55" w:type="dxa"/>
              <w:right w:w="70" w:type="dxa"/>
            </w:tcMar>
            <w:vAlign w:val="center"/>
          </w:tcPr>
          <w:p w14:paraId="3737FDA0" w14:textId="77777777" w:rsidR="009C4DF4" w:rsidRDefault="00000000">
            <w:pPr>
              <w:spacing w:after="0" w:line="240" w:lineRule="auto"/>
            </w:pPr>
            <w:r>
              <w:rPr>
                <w:sz w:val="20"/>
              </w:rPr>
              <w:t>Aider une famille à préparer ses démarches, ses questions ou un rendez-vous.</w:t>
            </w:r>
          </w:p>
        </w:tc>
      </w:tr>
      <w:tr w:rsidR="009C4DF4" w14:paraId="317BB4E8" w14:textId="77777777">
        <w:trPr>
          <w:cantSplit/>
        </w:trPr>
        <w:tc>
          <w:tcPr>
            <w:tcW w:w="453" w:type="dxa"/>
            <w:tcMar>
              <w:top w:w="55" w:type="dxa"/>
              <w:left w:w="70" w:type="dxa"/>
              <w:bottom w:w="55" w:type="dxa"/>
              <w:right w:w="70" w:type="dxa"/>
            </w:tcMar>
            <w:vAlign w:val="center"/>
          </w:tcPr>
          <w:p w14:paraId="62ABC103" w14:textId="77777777" w:rsidR="009C4DF4" w:rsidRDefault="00000000">
            <w:pPr>
              <w:spacing w:after="0"/>
              <w:jc w:val="center"/>
            </w:pPr>
            <w:r>
              <w:rPr>
                <w:color w:val="A9470B"/>
                <w:sz w:val="28"/>
              </w:rPr>
              <w:t>☐</w:t>
            </w:r>
          </w:p>
        </w:tc>
        <w:tc>
          <w:tcPr>
            <w:tcW w:w="8900" w:type="dxa"/>
            <w:tcMar>
              <w:top w:w="55" w:type="dxa"/>
              <w:left w:w="70" w:type="dxa"/>
              <w:bottom w:w="55" w:type="dxa"/>
              <w:right w:w="70" w:type="dxa"/>
            </w:tcMar>
            <w:vAlign w:val="center"/>
          </w:tcPr>
          <w:p w14:paraId="7218838D" w14:textId="77777777" w:rsidR="009C4DF4" w:rsidRDefault="00000000">
            <w:pPr>
              <w:spacing w:after="0" w:line="240" w:lineRule="auto"/>
            </w:pPr>
            <w:r>
              <w:rPr>
                <w:sz w:val="20"/>
              </w:rPr>
              <w:t>Accompagner, à sa demande, une famille lors d'un PAP, d'une équipe éducative ou d'une autre réunion scolaire, dans le respect des règles applicables.</w:t>
            </w:r>
          </w:p>
        </w:tc>
      </w:tr>
      <w:tr w:rsidR="009C4DF4" w14:paraId="78814459" w14:textId="77777777">
        <w:trPr>
          <w:cantSplit/>
        </w:trPr>
        <w:tc>
          <w:tcPr>
            <w:tcW w:w="453" w:type="dxa"/>
            <w:tcMar>
              <w:top w:w="55" w:type="dxa"/>
              <w:left w:w="70" w:type="dxa"/>
              <w:bottom w:w="55" w:type="dxa"/>
              <w:right w:w="70" w:type="dxa"/>
            </w:tcMar>
            <w:vAlign w:val="center"/>
          </w:tcPr>
          <w:p w14:paraId="71D7E558" w14:textId="77777777" w:rsidR="009C4DF4" w:rsidRDefault="00000000">
            <w:pPr>
              <w:spacing w:after="0"/>
              <w:jc w:val="center"/>
            </w:pPr>
            <w:r>
              <w:rPr>
                <w:color w:val="A9470B"/>
                <w:sz w:val="28"/>
              </w:rPr>
              <w:t>☐</w:t>
            </w:r>
          </w:p>
        </w:tc>
        <w:tc>
          <w:tcPr>
            <w:tcW w:w="8900" w:type="dxa"/>
            <w:tcMar>
              <w:top w:w="55" w:type="dxa"/>
              <w:left w:w="70" w:type="dxa"/>
              <w:bottom w:w="55" w:type="dxa"/>
              <w:right w:w="70" w:type="dxa"/>
            </w:tcMar>
            <w:vAlign w:val="center"/>
          </w:tcPr>
          <w:p w14:paraId="02866299" w14:textId="77777777" w:rsidR="009C4DF4" w:rsidRDefault="00000000">
            <w:pPr>
              <w:spacing w:after="0" w:line="240" w:lineRule="auto"/>
            </w:pPr>
            <w:r>
              <w:rPr>
                <w:sz w:val="20"/>
              </w:rPr>
              <w:t>Participer aux cafés des parents, aux groupes de parole ou aux actions de soutien.</w:t>
            </w:r>
          </w:p>
        </w:tc>
      </w:tr>
      <w:tr w:rsidR="009C4DF4" w14:paraId="24A04C35" w14:textId="77777777">
        <w:trPr>
          <w:cantSplit/>
        </w:trPr>
        <w:tc>
          <w:tcPr>
            <w:tcW w:w="453" w:type="dxa"/>
            <w:tcMar>
              <w:top w:w="55" w:type="dxa"/>
              <w:left w:w="70" w:type="dxa"/>
              <w:bottom w:w="55" w:type="dxa"/>
              <w:right w:w="70" w:type="dxa"/>
            </w:tcMar>
            <w:vAlign w:val="center"/>
          </w:tcPr>
          <w:p w14:paraId="1227F017" w14:textId="77777777" w:rsidR="009C4DF4" w:rsidRDefault="00000000">
            <w:pPr>
              <w:spacing w:after="0"/>
              <w:jc w:val="center"/>
            </w:pPr>
            <w:r>
              <w:rPr>
                <w:color w:val="A9470B"/>
                <w:sz w:val="28"/>
              </w:rPr>
              <w:t>☐</w:t>
            </w:r>
          </w:p>
        </w:tc>
        <w:tc>
          <w:tcPr>
            <w:tcW w:w="8900" w:type="dxa"/>
            <w:tcMar>
              <w:top w:w="55" w:type="dxa"/>
              <w:left w:w="70" w:type="dxa"/>
              <w:bottom w:w="55" w:type="dxa"/>
              <w:right w:w="70" w:type="dxa"/>
            </w:tcMar>
            <w:vAlign w:val="center"/>
          </w:tcPr>
          <w:p w14:paraId="2132602C" w14:textId="77777777" w:rsidR="009C4DF4" w:rsidRDefault="00000000">
            <w:pPr>
              <w:spacing w:after="0" w:line="240" w:lineRule="auto"/>
            </w:pPr>
            <w:r>
              <w:rPr>
                <w:sz w:val="20"/>
              </w:rPr>
              <w:t>Être présent lors de rencontres institutionnelles pour soutenir l'association et, si je le souhaite, témoigner de mon expérience.</w:t>
            </w:r>
          </w:p>
        </w:tc>
      </w:tr>
    </w:tbl>
    <w:p w14:paraId="34984706" w14:textId="77777777" w:rsidR="009C4DF4" w:rsidRDefault="00000000">
      <w:pPr>
        <w:pStyle w:val="Titre2"/>
        <w:spacing w:before="160" w:after="80"/>
      </w:pPr>
      <w:r>
        <w:rPr>
          <w:rFonts w:ascii="Calibri" w:hAnsi="Calibri"/>
        </w:rPr>
        <w:t>5. Vie de l'association et projets</w:t>
      </w:r>
    </w:p>
    <w:tbl>
      <w:tblPr>
        <w:tblW w:w="9354" w:type="dxa"/>
        <w:tblBorders>
          <w:top w:val="single" w:sz="4" w:space="0" w:color="E7D3C6"/>
          <w:left w:val="single" w:sz="4" w:space="0" w:color="E7D3C6"/>
          <w:bottom w:val="single" w:sz="4" w:space="0" w:color="E7D3C6"/>
          <w:right w:val="single" w:sz="4" w:space="0" w:color="E7D3C6"/>
          <w:insideH w:val="single" w:sz="4" w:space="0" w:color="E7D3C6"/>
          <w:insideV w:val="single" w:sz="4" w:space="0" w:color="E7D3C6"/>
        </w:tblBorders>
        <w:tblLayout w:type="fixed"/>
        <w:tblLook w:val="04A0" w:firstRow="1" w:lastRow="0" w:firstColumn="1" w:lastColumn="0" w:noHBand="0" w:noVBand="1"/>
      </w:tblPr>
      <w:tblGrid>
        <w:gridCol w:w="453"/>
        <w:gridCol w:w="8901"/>
      </w:tblGrid>
      <w:tr w:rsidR="009C4DF4" w14:paraId="02E3E84A" w14:textId="77777777">
        <w:trPr>
          <w:cantSplit/>
        </w:trPr>
        <w:tc>
          <w:tcPr>
            <w:tcW w:w="453" w:type="dxa"/>
            <w:tcMar>
              <w:top w:w="55" w:type="dxa"/>
              <w:left w:w="70" w:type="dxa"/>
              <w:bottom w:w="55" w:type="dxa"/>
              <w:right w:w="70" w:type="dxa"/>
            </w:tcMar>
            <w:vAlign w:val="center"/>
          </w:tcPr>
          <w:p w14:paraId="50E98CBE" w14:textId="77777777" w:rsidR="009C4DF4" w:rsidRDefault="00000000">
            <w:pPr>
              <w:spacing w:after="0"/>
              <w:jc w:val="center"/>
            </w:pPr>
            <w:r>
              <w:rPr>
                <w:color w:val="A9470B"/>
                <w:sz w:val="28"/>
              </w:rPr>
              <w:t>☐</w:t>
            </w:r>
          </w:p>
        </w:tc>
        <w:tc>
          <w:tcPr>
            <w:tcW w:w="8900" w:type="dxa"/>
            <w:tcMar>
              <w:top w:w="55" w:type="dxa"/>
              <w:left w:w="70" w:type="dxa"/>
              <w:bottom w:w="55" w:type="dxa"/>
              <w:right w:w="70" w:type="dxa"/>
            </w:tcMar>
            <w:vAlign w:val="center"/>
          </w:tcPr>
          <w:p w14:paraId="2AC92D84" w14:textId="77777777" w:rsidR="009C4DF4" w:rsidRDefault="00000000">
            <w:pPr>
              <w:spacing w:after="0" w:line="240" w:lineRule="auto"/>
            </w:pPr>
            <w:r>
              <w:rPr>
                <w:sz w:val="20"/>
              </w:rPr>
              <w:t>Participer aux réunions de préparation ou de travail.</w:t>
            </w:r>
          </w:p>
        </w:tc>
      </w:tr>
      <w:tr w:rsidR="009C4DF4" w14:paraId="0B3F6E90" w14:textId="77777777">
        <w:trPr>
          <w:cantSplit/>
        </w:trPr>
        <w:tc>
          <w:tcPr>
            <w:tcW w:w="453" w:type="dxa"/>
            <w:tcMar>
              <w:top w:w="55" w:type="dxa"/>
              <w:left w:w="70" w:type="dxa"/>
              <w:bottom w:w="55" w:type="dxa"/>
              <w:right w:w="70" w:type="dxa"/>
            </w:tcMar>
            <w:vAlign w:val="center"/>
          </w:tcPr>
          <w:p w14:paraId="7C530F5C" w14:textId="77777777" w:rsidR="009C4DF4" w:rsidRDefault="00000000">
            <w:pPr>
              <w:spacing w:after="0"/>
              <w:jc w:val="center"/>
            </w:pPr>
            <w:r>
              <w:rPr>
                <w:color w:val="A9470B"/>
                <w:sz w:val="28"/>
              </w:rPr>
              <w:t>☐</w:t>
            </w:r>
          </w:p>
        </w:tc>
        <w:tc>
          <w:tcPr>
            <w:tcW w:w="8900" w:type="dxa"/>
            <w:tcMar>
              <w:top w:w="55" w:type="dxa"/>
              <w:left w:w="70" w:type="dxa"/>
              <w:bottom w:w="55" w:type="dxa"/>
              <w:right w:w="70" w:type="dxa"/>
            </w:tcMar>
            <w:vAlign w:val="center"/>
          </w:tcPr>
          <w:p w14:paraId="19812A46" w14:textId="77777777" w:rsidR="009C4DF4" w:rsidRDefault="00000000">
            <w:pPr>
              <w:spacing w:after="0" w:line="240" w:lineRule="auto"/>
            </w:pPr>
            <w:r>
              <w:rPr>
                <w:sz w:val="20"/>
              </w:rPr>
              <w:t>Apporter une aide administrative, matérielle ou logistique.</w:t>
            </w:r>
          </w:p>
        </w:tc>
      </w:tr>
      <w:tr w:rsidR="009C4DF4" w14:paraId="761D8E5E" w14:textId="77777777">
        <w:trPr>
          <w:cantSplit/>
        </w:trPr>
        <w:tc>
          <w:tcPr>
            <w:tcW w:w="453" w:type="dxa"/>
            <w:tcMar>
              <w:top w:w="55" w:type="dxa"/>
              <w:left w:w="70" w:type="dxa"/>
              <w:bottom w:w="55" w:type="dxa"/>
              <w:right w:w="70" w:type="dxa"/>
            </w:tcMar>
            <w:vAlign w:val="center"/>
          </w:tcPr>
          <w:p w14:paraId="1B814775" w14:textId="77777777" w:rsidR="009C4DF4" w:rsidRDefault="00000000">
            <w:pPr>
              <w:spacing w:after="0"/>
              <w:jc w:val="center"/>
            </w:pPr>
            <w:r>
              <w:rPr>
                <w:color w:val="A9470B"/>
                <w:sz w:val="28"/>
              </w:rPr>
              <w:t>☐</w:t>
            </w:r>
          </w:p>
        </w:tc>
        <w:tc>
          <w:tcPr>
            <w:tcW w:w="8900" w:type="dxa"/>
            <w:tcMar>
              <w:top w:w="55" w:type="dxa"/>
              <w:left w:w="70" w:type="dxa"/>
              <w:bottom w:w="55" w:type="dxa"/>
              <w:right w:w="70" w:type="dxa"/>
            </w:tcMar>
            <w:vAlign w:val="center"/>
          </w:tcPr>
          <w:p w14:paraId="499F0F5F" w14:textId="77777777" w:rsidR="009C4DF4" w:rsidRDefault="00000000">
            <w:pPr>
              <w:spacing w:after="0" w:line="240" w:lineRule="auto"/>
            </w:pPr>
            <w:r>
              <w:rPr>
                <w:sz w:val="20"/>
              </w:rPr>
              <w:t>Préparer du matériel pédagogique ou des mallettes destinées aux familles.</w:t>
            </w:r>
          </w:p>
        </w:tc>
      </w:tr>
      <w:tr w:rsidR="009C4DF4" w14:paraId="023917D1" w14:textId="77777777">
        <w:trPr>
          <w:cantSplit/>
        </w:trPr>
        <w:tc>
          <w:tcPr>
            <w:tcW w:w="453" w:type="dxa"/>
            <w:tcMar>
              <w:top w:w="55" w:type="dxa"/>
              <w:left w:w="70" w:type="dxa"/>
              <w:bottom w:w="55" w:type="dxa"/>
              <w:right w:w="70" w:type="dxa"/>
            </w:tcMar>
            <w:vAlign w:val="center"/>
          </w:tcPr>
          <w:p w14:paraId="66EBAAB3" w14:textId="77777777" w:rsidR="009C4DF4" w:rsidRDefault="00000000">
            <w:pPr>
              <w:spacing w:after="0"/>
              <w:jc w:val="center"/>
            </w:pPr>
            <w:r>
              <w:rPr>
                <w:color w:val="A9470B"/>
                <w:sz w:val="28"/>
              </w:rPr>
              <w:t>☐</w:t>
            </w:r>
          </w:p>
        </w:tc>
        <w:tc>
          <w:tcPr>
            <w:tcW w:w="8900" w:type="dxa"/>
            <w:tcMar>
              <w:top w:w="55" w:type="dxa"/>
              <w:left w:w="70" w:type="dxa"/>
              <w:bottom w:w="55" w:type="dxa"/>
              <w:right w:w="70" w:type="dxa"/>
            </w:tcMar>
            <w:vAlign w:val="center"/>
          </w:tcPr>
          <w:p w14:paraId="7A008D49" w14:textId="77777777" w:rsidR="009C4DF4" w:rsidRDefault="00000000">
            <w:pPr>
              <w:spacing w:after="0" w:line="240" w:lineRule="auto"/>
            </w:pPr>
            <w:r>
              <w:rPr>
                <w:sz w:val="20"/>
              </w:rPr>
              <w:t>Proposer une action, un projet ou mettre ponctuellement une compétence au service de l'association.</w:t>
            </w:r>
          </w:p>
        </w:tc>
      </w:tr>
      <w:tr w:rsidR="009C4DF4" w14:paraId="051FCAC2" w14:textId="77777777">
        <w:trPr>
          <w:cantSplit/>
        </w:trPr>
        <w:tc>
          <w:tcPr>
            <w:tcW w:w="453" w:type="dxa"/>
            <w:tcMar>
              <w:top w:w="55" w:type="dxa"/>
              <w:left w:w="70" w:type="dxa"/>
              <w:bottom w:w="55" w:type="dxa"/>
              <w:right w:w="70" w:type="dxa"/>
            </w:tcMar>
            <w:vAlign w:val="center"/>
          </w:tcPr>
          <w:p w14:paraId="63536EC9" w14:textId="77777777" w:rsidR="009C4DF4" w:rsidRDefault="00000000">
            <w:pPr>
              <w:spacing w:after="0"/>
              <w:jc w:val="center"/>
            </w:pPr>
            <w:r>
              <w:rPr>
                <w:color w:val="A9470B"/>
                <w:sz w:val="28"/>
              </w:rPr>
              <w:t>☐</w:t>
            </w:r>
          </w:p>
        </w:tc>
        <w:tc>
          <w:tcPr>
            <w:tcW w:w="8900" w:type="dxa"/>
            <w:tcMar>
              <w:top w:w="55" w:type="dxa"/>
              <w:left w:w="70" w:type="dxa"/>
              <w:bottom w:w="55" w:type="dxa"/>
              <w:right w:w="70" w:type="dxa"/>
            </w:tcMar>
            <w:vAlign w:val="center"/>
          </w:tcPr>
          <w:p w14:paraId="12CE0844" w14:textId="77777777" w:rsidR="009C4DF4" w:rsidRDefault="00000000">
            <w:pPr>
              <w:spacing w:after="0" w:line="240" w:lineRule="auto"/>
            </w:pPr>
            <w:r>
              <w:rPr>
                <w:sz w:val="20"/>
              </w:rPr>
              <w:t>Participer au développement d'une antenne ou relayer les actions dans mon île ou ma commune.</w:t>
            </w:r>
          </w:p>
        </w:tc>
      </w:tr>
    </w:tbl>
    <w:p w14:paraId="2FB234D7" w14:textId="77777777" w:rsidR="009C4DF4" w:rsidRDefault="00000000">
      <w:pPr>
        <w:pStyle w:val="Titre2"/>
        <w:spacing w:before="160" w:after="80"/>
      </w:pPr>
      <w:r>
        <w:rPr>
          <w:rFonts w:ascii="Calibri" w:hAnsi="Calibri"/>
        </w:rPr>
        <w:t>Mes engagements prioritaires</w:t>
      </w:r>
    </w:p>
    <w:p w14:paraId="62A1F711" w14:textId="77777777" w:rsidR="009C4DF4" w:rsidRDefault="00000000">
      <w:pPr>
        <w:spacing w:after="80"/>
      </w:pPr>
      <w:r>
        <w:rPr>
          <w:b/>
          <w:color w:val="A9470B"/>
        </w:rPr>
        <w:t xml:space="preserve">Nombre total de cases cochées : </w:t>
      </w:r>
      <w:r>
        <w:t>...............</w:t>
      </w:r>
    </w:p>
    <w:p w14:paraId="7A9034A5" w14:textId="77777777" w:rsidR="009C4DF4" w:rsidRDefault="00000000">
      <w:pPr>
        <w:spacing w:after="80"/>
      </w:pPr>
      <w:r>
        <w:rPr>
          <w:b/>
          <w:color w:val="A9470B"/>
        </w:rPr>
        <w:t xml:space="preserve">Priorité 1 : </w:t>
      </w:r>
      <w:r>
        <w:rPr>
          <w:color w:val="6B6B6B"/>
        </w:rPr>
        <w:t>...............................................................</w:t>
      </w:r>
    </w:p>
    <w:p w14:paraId="0940863F" w14:textId="77777777" w:rsidR="009C4DF4" w:rsidRDefault="00000000">
      <w:pPr>
        <w:spacing w:after="80"/>
      </w:pPr>
      <w:r>
        <w:rPr>
          <w:b/>
          <w:color w:val="A9470B"/>
        </w:rPr>
        <w:t xml:space="preserve">Priorité 2 : </w:t>
      </w:r>
      <w:r>
        <w:rPr>
          <w:color w:val="6B6B6B"/>
        </w:rPr>
        <w:t>...............................................................</w:t>
      </w:r>
    </w:p>
    <w:p w14:paraId="0B6ACC5F" w14:textId="77777777" w:rsidR="009C4DF4" w:rsidRDefault="00000000">
      <w:pPr>
        <w:spacing w:after="80"/>
      </w:pPr>
      <w:r>
        <w:rPr>
          <w:b/>
          <w:color w:val="A9470B"/>
        </w:rPr>
        <w:t xml:space="preserve">Priorité 3 : </w:t>
      </w:r>
      <w:r>
        <w:rPr>
          <w:color w:val="6B6B6B"/>
        </w:rPr>
        <w:t>...............................................................</w:t>
      </w:r>
    </w:p>
    <w:tbl>
      <w:tblPr>
        <w:tblW w:w="9354" w:type="dxa"/>
        <w:tblBorders>
          <w:top w:val="single" w:sz="6" w:space="0" w:color="F3B183"/>
          <w:left w:val="single" w:sz="6" w:space="0" w:color="F3B183"/>
          <w:bottom w:val="single" w:sz="6" w:space="0" w:color="F3B183"/>
          <w:right w:val="single" w:sz="6" w:space="0" w:color="F3B183"/>
          <w:insideH w:val="single" w:sz="6" w:space="0" w:color="F3B183"/>
          <w:insideV w:val="single" w:sz="6" w:space="0" w:color="F3B183"/>
        </w:tblBorders>
        <w:tblLayout w:type="fixed"/>
        <w:tblLook w:val="04A0" w:firstRow="1" w:lastRow="0" w:firstColumn="1" w:lastColumn="0" w:noHBand="0" w:noVBand="1"/>
      </w:tblPr>
      <w:tblGrid>
        <w:gridCol w:w="9354"/>
      </w:tblGrid>
      <w:tr w:rsidR="009C4DF4" w14:paraId="786449A3" w14:textId="77777777">
        <w:tc>
          <w:tcPr>
            <w:tcW w:w="9354" w:type="dxa"/>
            <w:shd w:val="clear" w:color="auto" w:fill="FFF0E6"/>
            <w:tcMar>
              <w:top w:w="100" w:type="dxa"/>
              <w:left w:w="130" w:type="dxa"/>
              <w:bottom w:w="100" w:type="dxa"/>
              <w:right w:w="130" w:type="dxa"/>
            </w:tcMar>
          </w:tcPr>
          <w:p w14:paraId="1B2F15CE" w14:textId="77777777" w:rsidR="009C4DF4" w:rsidRDefault="00000000">
            <w:pPr>
              <w:spacing w:after="0"/>
            </w:pPr>
            <w:r>
              <w:rPr>
                <w:b/>
                <w:color w:val="A9470B"/>
              </w:rPr>
              <w:t xml:space="preserve">Mon engagement : </w:t>
            </w:r>
            <w:r>
              <w:t>je m'engage à respecter les statuts, la charte, la confidentialité des familles et les décisions de l'association. Je ne prends pas la parole au nom de l'association et je ne contacte pas une institution ou un partenaire en son nom sans autorisation préalable.</w:t>
            </w:r>
          </w:p>
        </w:tc>
      </w:tr>
    </w:tbl>
    <w:p w14:paraId="3A69EF32" w14:textId="77777777" w:rsidR="009C4DF4" w:rsidRDefault="009C4DF4"/>
    <w:tbl>
      <w:tblPr>
        <w:tblW w:w="9354"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4677"/>
        <w:gridCol w:w="4677"/>
      </w:tblGrid>
      <w:tr w:rsidR="009C4DF4" w14:paraId="040216FA" w14:textId="77777777">
        <w:tc>
          <w:tcPr>
            <w:tcW w:w="4677" w:type="dxa"/>
            <w:tcMar>
              <w:top w:w="100" w:type="dxa"/>
              <w:left w:w="100" w:type="dxa"/>
              <w:bottom w:w="250" w:type="dxa"/>
              <w:right w:w="100" w:type="dxa"/>
            </w:tcMar>
          </w:tcPr>
          <w:p w14:paraId="0D0A2A1B" w14:textId="77777777" w:rsidR="009C4DF4" w:rsidRDefault="00000000">
            <w:pPr>
              <w:spacing w:after="0"/>
            </w:pPr>
            <w:r>
              <w:rPr>
                <w:b/>
                <w:color w:val="A9470B"/>
                <w:sz w:val="19"/>
              </w:rPr>
              <w:t>Date :</w:t>
            </w:r>
          </w:p>
        </w:tc>
        <w:tc>
          <w:tcPr>
            <w:tcW w:w="4677" w:type="dxa"/>
            <w:tcMar>
              <w:top w:w="100" w:type="dxa"/>
              <w:left w:w="100" w:type="dxa"/>
              <w:bottom w:w="250" w:type="dxa"/>
              <w:right w:w="100" w:type="dxa"/>
            </w:tcMar>
          </w:tcPr>
          <w:p w14:paraId="59FE1896" w14:textId="77777777" w:rsidR="009C4DF4" w:rsidRDefault="00000000">
            <w:pPr>
              <w:spacing w:after="0"/>
            </w:pPr>
            <w:r>
              <w:rPr>
                <w:b/>
                <w:color w:val="A9470B"/>
                <w:sz w:val="19"/>
              </w:rPr>
              <w:t>Signature du membre :</w:t>
            </w:r>
          </w:p>
        </w:tc>
      </w:tr>
      <w:tr w:rsidR="009C4DF4" w14:paraId="7E3D5E0D" w14:textId="77777777">
        <w:tc>
          <w:tcPr>
            <w:tcW w:w="4677" w:type="dxa"/>
            <w:tcMar>
              <w:top w:w="100" w:type="dxa"/>
              <w:left w:w="100" w:type="dxa"/>
              <w:bottom w:w="250" w:type="dxa"/>
              <w:right w:w="100" w:type="dxa"/>
            </w:tcMar>
          </w:tcPr>
          <w:p w14:paraId="5F38182F" w14:textId="77777777" w:rsidR="009C4DF4" w:rsidRDefault="00000000">
            <w:pPr>
              <w:spacing w:after="0"/>
            </w:pPr>
            <w:r>
              <w:rPr>
                <w:b/>
                <w:color w:val="A9470B"/>
                <w:sz w:val="19"/>
              </w:rPr>
              <w:t>Décision du bureau :  ☐ Acceptée  ☐ À compléter  ☐ Refusée</w:t>
            </w:r>
          </w:p>
        </w:tc>
        <w:tc>
          <w:tcPr>
            <w:tcW w:w="4677" w:type="dxa"/>
            <w:tcMar>
              <w:top w:w="100" w:type="dxa"/>
              <w:left w:w="100" w:type="dxa"/>
              <w:bottom w:w="250" w:type="dxa"/>
              <w:right w:w="100" w:type="dxa"/>
            </w:tcMar>
          </w:tcPr>
          <w:p w14:paraId="0604B917" w14:textId="77777777" w:rsidR="009C4DF4" w:rsidRDefault="00000000">
            <w:pPr>
              <w:spacing w:after="0"/>
            </w:pPr>
            <w:r>
              <w:rPr>
                <w:b/>
                <w:color w:val="A9470B"/>
                <w:sz w:val="19"/>
              </w:rPr>
              <w:t>Date de la décision :</w:t>
            </w:r>
          </w:p>
        </w:tc>
      </w:tr>
      <w:tr w:rsidR="009C4DF4" w14:paraId="23B9C25A" w14:textId="77777777">
        <w:tc>
          <w:tcPr>
            <w:tcW w:w="4677" w:type="dxa"/>
            <w:tcMar>
              <w:top w:w="100" w:type="dxa"/>
              <w:left w:w="100" w:type="dxa"/>
              <w:bottom w:w="250" w:type="dxa"/>
              <w:right w:w="100" w:type="dxa"/>
            </w:tcMar>
          </w:tcPr>
          <w:p w14:paraId="134E097E" w14:textId="77777777" w:rsidR="009C4DF4" w:rsidRDefault="00000000">
            <w:pPr>
              <w:spacing w:after="0"/>
            </w:pPr>
            <w:r>
              <w:rPr>
                <w:b/>
                <w:color w:val="A9470B"/>
                <w:sz w:val="19"/>
              </w:rPr>
              <w:t>Nom du représentant du bureau :</w:t>
            </w:r>
          </w:p>
        </w:tc>
        <w:tc>
          <w:tcPr>
            <w:tcW w:w="4677" w:type="dxa"/>
            <w:tcMar>
              <w:top w:w="100" w:type="dxa"/>
              <w:left w:w="100" w:type="dxa"/>
              <w:bottom w:w="250" w:type="dxa"/>
              <w:right w:w="100" w:type="dxa"/>
            </w:tcMar>
          </w:tcPr>
          <w:p w14:paraId="33CEE87D" w14:textId="77777777" w:rsidR="009C4DF4" w:rsidRDefault="00000000">
            <w:pPr>
              <w:spacing w:after="0"/>
            </w:pPr>
            <w:r>
              <w:rPr>
                <w:b/>
                <w:color w:val="A9470B"/>
                <w:sz w:val="19"/>
              </w:rPr>
              <w:t>Signature :</w:t>
            </w:r>
          </w:p>
        </w:tc>
      </w:tr>
    </w:tbl>
    <w:p w14:paraId="2861C05A" w14:textId="77777777" w:rsidR="00CC46FF" w:rsidRDefault="00CC46FF"/>
    <w:sectPr w:rsidR="00CC46FF" w:rsidSect="00034616">
      <w:headerReference w:type="default" r:id="rId8"/>
      <w:footerReference w:type="default" r:id="rId9"/>
      <w:pgSz w:w="11906" w:h="16838"/>
      <w:pgMar w:top="850" w:right="1134" w:bottom="850" w:left="1134"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F5864" w14:textId="77777777" w:rsidR="00CC46FF" w:rsidRDefault="00CC46FF">
      <w:pPr>
        <w:spacing w:after="0" w:line="240" w:lineRule="auto"/>
      </w:pPr>
      <w:r>
        <w:separator/>
      </w:r>
    </w:p>
  </w:endnote>
  <w:endnote w:type="continuationSeparator" w:id="0">
    <w:p w14:paraId="73D797B6" w14:textId="77777777" w:rsidR="00CC46FF" w:rsidRDefault="00CC4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1B280" w14:textId="77777777" w:rsidR="009C4DF4" w:rsidRDefault="00000000">
    <w:pPr>
      <w:pStyle w:val="Pieddepage"/>
      <w:jc w:val="center"/>
    </w:pPr>
    <w:r>
      <w:rPr>
        <w:color w:val="6B6B6B"/>
        <w:sz w:val="16"/>
      </w:rPr>
      <w:t xml:space="preserve">Fiche </w:t>
    </w:r>
    <w:proofErr w:type="spellStart"/>
    <w:r>
      <w:rPr>
        <w:color w:val="6B6B6B"/>
        <w:sz w:val="16"/>
      </w:rPr>
      <w:t>individuelle</w:t>
    </w:r>
    <w:proofErr w:type="spellEnd"/>
    <w:r>
      <w:rPr>
        <w:color w:val="6B6B6B"/>
        <w:sz w:val="16"/>
      </w:rPr>
      <w:t xml:space="preserve"> - </w:t>
    </w:r>
    <w:proofErr w:type="spellStart"/>
    <w:r>
      <w:rPr>
        <w:color w:val="6B6B6B"/>
        <w:sz w:val="16"/>
      </w:rPr>
      <w:t>membre</w:t>
    </w:r>
    <w:proofErr w:type="spellEnd"/>
    <w:r>
      <w:rPr>
        <w:color w:val="6B6B6B"/>
        <w:sz w:val="16"/>
      </w:rPr>
      <w:t xml:space="preserve"> </w:t>
    </w:r>
    <w:proofErr w:type="spellStart"/>
    <w:r>
      <w:rPr>
        <w:color w:val="6B6B6B"/>
        <w:sz w:val="16"/>
      </w:rPr>
      <w:t>actif</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AD5E08" w14:textId="77777777" w:rsidR="00CC46FF" w:rsidRDefault="00CC46FF">
      <w:pPr>
        <w:spacing w:after="0" w:line="240" w:lineRule="auto"/>
      </w:pPr>
      <w:r>
        <w:separator/>
      </w:r>
    </w:p>
  </w:footnote>
  <w:footnote w:type="continuationSeparator" w:id="0">
    <w:p w14:paraId="0D3473B1" w14:textId="77777777" w:rsidR="00CC46FF" w:rsidRDefault="00CC46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8C4B3" w14:textId="77777777" w:rsidR="009C4DF4" w:rsidRDefault="00000000">
    <w:pPr>
      <w:pStyle w:val="En-tte"/>
      <w:jc w:val="right"/>
    </w:pPr>
    <w:r>
      <w:rPr>
        <w:b/>
        <w:color w:val="A9470B"/>
        <w:sz w:val="17"/>
      </w:rPr>
      <w:t>JE TE VOIS, MON AMOUR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811676438">
    <w:abstractNumId w:val="8"/>
  </w:num>
  <w:num w:numId="2" w16cid:durableId="862980399">
    <w:abstractNumId w:val="6"/>
  </w:num>
  <w:num w:numId="3" w16cid:durableId="2045403208">
    <w:abstractNumId w:val="5"/>
  </w:num>
  <w:num w:numId="4" w16cid:durableId="734087007">
    <w:abstractNumId w:val="4"/>
  </w:num>
  <w:num w:numId="5" w16cid:durableId="900678518">
    <w:abstractNumId w:val="7"/>
  </w:num>
  <w:num w:numId="6" w16cid:durableId="326976533">
    <w:abstractNumId w:val="3"/>
  </w:num>
  <w:num w:numId="7" w16cid:durableId="963804194">
    <w:abstractNumId w:val="2"/>
  </w:num>
  <w:num w:numId="8" w16cid:durableId="1822504837">
    <w:abstractNumId w:val="1"/>
  </w:num>
  <w:num w:numId="9" w16cid:durableId="9483178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5852F1"/>
    <w:rsid w:val="009C4DF4"/>
    <w:rsid w:val="00AA1D8D"/>
    <w:rsid w:val="00B47730"/>
    <w:rsid w:val="00CB0664"/>
    <w:rsid w:val="00CC46FF"/>
    <w:rsid w:val="00F7560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EDF8F9C"/>
  <w14:defaultImageDpi w14:val="300"/>
  <w15:docId w15:val="{E463D46B-A534-450D-BD6F-505565D86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Calibri" w:hAnsi="Calibri"/>
      <w:color w:val="2B2B2B"/>
      <w:sz w:val="21"/>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A9470B"/>
      <w:sz w:val="32"/>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A9470B"/>
      <w:sz w:val="24"/>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A9470B"/>
      <w:sz w:val="22"/>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561</Words>
  <Characters>3090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augustine roa</cp:lastModifiedBy>
  <cp:revision>2</cp:revision>
  <dcterms:created xsi:type="dcterms:W3CDTF">2026-08-15T07:51:00Z</dcterms:created>
  <dcterms:modified xsi:type="dcterms:W3CDTF">2026-08-15T07:51:00Z</dcterms:modified>
  <cp:category/>
</cp:coreProperties>
</file>